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iberation Sans" w:hAnsi="Liberation Sans" w:eastAsia="Liberation Sans" w:cs="Liberation Sans"/>
          <w:b/>
          <w:i w:val="0"/>
          <w:caps w:val="0"/>
          <w:color w:val="FFFFFF"/>
          <w:sz w:val="26"/>
        </w:rPr>
        <w:t>TEMPLATE INSTRUCTIONS — DELETE THIS PAGE BEFORE PUBLICATION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c>
          <w:tcPr>
            <w:tcW w:type="dxa" w:w="9411"/>
            <w:shd w:fill="C8102E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32"/>
              </w:rPr>
              <w:t>ENOSH Scientific Book Template</w:t>
            </w:r>
          </w:p>
        </w:tc>
      </w:tr>
    </w:tbl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21"/>
        </w:rPr>
        <w:t>For authored scholarly books, advanced textbooks, and interdisciplinary scientific volumes with a unified narrative.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Use rules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Replace every [BRACKETED PLACEHOLDER].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Apply existing ENOSH paragraph styles rather than manual font changes.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Keep one citation system for the full book. Default: APA 7; engineering: IEEE; clinical/biomedical: Vancouver when declared at project start.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Use 300 dpi or vector artwork for print figures. Every figure/table/equation must be called out in text.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Verify ISBN, DOI, edition, author/editor names, dates and license against the final metadata record before release.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Update the Table of Contents field in Microsoft Word after final pagination.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Included structure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Title and publication data pages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Preface / acknowledgments / abbreviations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Numbered chapters with abstract, key terms, evidence boxes, figures, tables and equations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Chapter summaries and optional review questions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Single consolidated reference list or chapter references, selected at project start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Glossary, appendices, index and author biography</w:t>
      </w:r>
    </w:p>
    <w:p>
      <w:r>
        <w:br w:type="page"/>
      </w:r>
    </w:p>
    <w:p>
      <w:pPr>
        <w:spacing w:after="70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| INTERDISCIPLINARY SCIENCE</w:t>
      </w:r>
    </w:p>
    <w:p>
      <w:pPr>
        <w:pStyle w:val="ENOSHBookTitle"/>
      </w:pPr>
      <w:r>
        <w:t>[BOOK TITLE]</w:t>
      </w:r>
    </w:p>
    <w:p>
      <w:pPr>
        <w:pStyle w:val="ENOSHSubtitle"/>
      </w:pPr>
      <w:r>
        <w:t>[Subtitle: concise scientific scope]</w:t>
      </w:r>
    </w:p>
    <w:p>
      <w:pPr>
        <w:spacing w:before="600" w:after="12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[AUTHOR / EDITOR NAME]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First Edition —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44"/>
      </w:tblGrid>
      <w:tr>
        <w:tc>
          <w:tcPr>
            <w:tcW w:type="dxa" w:w="9411"/>
            <w:shd w:fill="111111"/>
            <w:tcMar>
              <w:top w:w="700" w:type="dxa"/>
              <w:start w:w="250" w:type="dxa"/>
              <w:bottom w:w="700" w:type="dxa"/>
              <w:end w:w="25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22"/>
              </w:rPr>
              <w:t>SCIENTIFIC COVER VISUAL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D0D0D0"/>
                <w:sz w:val="17"/>
              </w:rPr>
              <w:t>Use one strong scientific image, diagram, waveform, molecular/biological structure, or abstract research visual.</w:t>
            </w:r>
          </w:p>
        </w:tc>
      </w:tr>
    </w:tbl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40"/>
        </w:rPr>
        <w:t>ENOSH</w:t>
      </w: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 SCIENCE PUBLISHER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6"/>
        </w:rPr>
        <w:t>New Cairo, Egypt</w:t>
      </w:r>
    </w:p>
    <w:p>
      <w:r>
        <w:br w:type="page"/>
      </w:r>
    </w:p>
    <w:p>
      <w:pPr>
        <w:spacing w:after="5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SCIENCE PUBLISHER</w:t>
      </w:r>
    </w:p>
    <w:p>
      <w:pPr>
        <w:pStyle w:val="ENOSHBookTitle"/>
      </w:pPr>
      <w:r>
        <w:t>[BOOK TITLE]</w:t>
      </w:r>
    </w:p>
    <w:p>
      <w:pPr>
        <w:pStyle w:val="ENOSHSubtitle"/>
      </w:pPr>
      <w:r>
        <w:t>[Subtitle]</w:t>
      </w:r>
    </w:p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[Author name(s)]</w:t>
      </w:r>
    </w:p>
    <w:p>
      <w:pPr>
        <w:spacing w:before="1100"/>
      </w:pPr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[Affiliation]</w:t>
        <w:br/>
        <w:t>[ORCID if verified]</w:t>
        <w:br/>
        <w:t>[City, Country]</w:t>
      </w:r>
    </w:p>
    <w:p>
      <w:pPr>
        <w:spacing w:before="1100"/>
      </w:pPr>
      <w:r>
        <w:rPr>
          <w:rFonts w:ascii="Liberation Sans" w:hAnsi="Liberation Sans" w:eastAsia="Liberation Sans" w:cs="Liberation Sans"/>
          <w:b/>
          <w:i w:val="0"/>
          <w:caps w:val="0"/>
          <w:color w:val="252525"/>
          <w:sz w:val="18"/>
        </w:rPr>
        <w:t>First Edition — 2026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7"/>
        </w:rPr>
        <w:t>ENOSH Science Publisher • New Cairo, Egypt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6"/>
        </w:rPr>
        <w:t>COPYRIGHT &amp; PUBLICATION DATA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Copyright © [YEAR] [COPYRIGHT HOLDER]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[First / Second / Revised Edition — YEAR]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(print):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(electronic):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DOI: [DOI]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Published by ENOSH Science Publisher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New Cairo, Egypt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[Publisher website]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[License / rights 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Cover design: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Typesetting: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Printed in [Country] / Digital edition</w:t>
      </w:r>
    </w:p>
    <w:p>
      <w:pPr>
        <w:spacing w:before="24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Permissions statement.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The author(s)/editor(s) are responsible for securing permissions for third-party text, figures, datasets, and copyrighted materials.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Scientific responsibility.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All scientific claims, sources, ethics declarations, and conflict-of-interest statements remain the responsibility of the credited contributor(s).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6"/>
        </w:rPr>
        <w:t>CONTENTS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fldChar w:fldCharType="begin"/>
        <w:instrText xml:space="preserve"> TOC \o "1-3" \h \z \u </w:instrText>
        <w:fldChar w:fldCharType="separate"/>
        <w:t>Right-click and choose Update Field in Microsoft Word.</w:t>
        <w:fldChar w:fldCharType="end"/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20"/>
        </w:rPr>
        <w:t>Optional front matter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Preface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Acknowledgments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Figures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Tables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Abbreviations  ........................................  [page]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PREFACE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[Explain scope, audience, scientific purpose, and how the book should be used. Distinguish established evidence from proposed models.]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ACKNOWLEDGMENTS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[Credit scientific, institutional, technical, funding, or editorial support. Do not imply authorship for routine assistance.]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ABBREVIATIONS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[List specialist abbreviations alphabetically when the book uses approximately ten or more.]</w:t>
      </w:r>
    </w:p>
    <w:p>
      <w:r>
        <w:br w:type="page"/>
      </w:r>
    </w:p>
    <w:p>
      <w:pPr>
        <w:pStyle w:val="ENOSHChapterNumber"/>
      </w:pPr>
      <w:r>
        <w:t>CHAPTER 1</w:t>
      </w:r>
    </w:p>
    <w:p>
      <w:pPr>
        <w:pStyle w:val="ENOSHChapterTitle"/>
      </w:pPr>
      <w:r>
        <w:t>[CHAPTER TITLE]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2"/>
        </w:rPr>
        <w:t>[Optional chapter subtitle]</w:t>
      </w:r>
    </w:p>
    <w:p>
      <w:pPr>
        <w:pBdr>
          <w:bottom w:val="single" w:sz="12" w:space="1" w:color="C8102E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17"/>
      </w:tblGrid>
      <w:tr>
        <w:tc>
          <w:tcPr>
            <w:tcW w:type="dxa" w:w="9411"/>
            <w:shd w:fill="EEF5F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2D6FA3"/>
                <w:sz w:val="19"/>
              </w:rPr>
              <w:t>ABSTRACT</w:t>
            </w:r>
          </w:p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9"/>
              </w:rPr>
              <w:t>[150–250 word chapter abstract. State purpose, scope, method/evidence base, and main contribution.]</w:t>
            </w:r>
          </w:p>
        </w:tc>
      </w:tr>
    </w:tbl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KEYWORDS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[keyword 1]; [keyword 2]; [keyword 3]; [keyword 4]</w:t>
      </w:r>
    </w:p>
    <w:p>
      <w:pPr>
        <w:pStyle w:val="Heading1"/>
      </w:pPr>
      <w:r>
        <w:t>1.1 Introduction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[Open with the scientific problem, context, scope, and chapter objective. Avoid unsupported universal claims.]</w:t>
      </w:r>
    </w:p>
    <w:p>
      <w:pPr>
        <w:pStyle w:val="Heading1"/>
      </w:pPr>
      <w:r>
        <w:t>1.2 Evidence Base / Scientific Background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[Synthesize the relevant literature. Separate established findings, contested interpretations, and the author’s proposed framework.]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17"/>
      </w:tblGrid>
      <w:tr>
        <w:tc>
          <w:tcPr>
            <w:tcW w:type="dxa" w:w="9411"/>
            <w:shd w:fill="F7F7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C8102E"/>
                <w:sz w:val="19"/>
              </w:rPr>
              <w:t>EVIDENCE DISTINCTION</w:t>
            </w:r>
          </w:p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9"/>
              </w:rPr>
              <w:t>Established evidence: [cite]. Current interpretation: [cite/qualify]. ENOSH proposed model: [explicitly identify as a proposed framework or hypothesis].</w:t>
            </w:r>
          </w:p>
        </w:tc>
      </w:tr>
    </w:tbl>
    <w:p>
      <w:pPr>
        <w:pStyle w:val="Heading2"/>
      </w:pPr>
      <w:r>
        <w:t>1.2.1 Subsection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[Body text. Use SI units, define symbols at first use, and cite primary sources where possible.]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FIGURE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0"/>
      </w:tblGrid>
      <w:tr>
        <w:tc>
          <w:tcPr>
            <w:tcW w:type="dxa" w:w="9411"/>
            <w:shd w:fill="EFEFEF"/>
            <w:tcMar>
              <w:top w:w="750" w:type="dxa"/>
              <w:start w:w="200" w:type="dxa"/>
              <w:bottom w:w="750" w:type="dxa"/>
              <w:end w:w="2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666666"/>
                <w:sz w:val="24"/>
              </w:rPr>
              <w:t>FIGURE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666666"/>
                <w:sz w:val="17"/>
              </w:rPr>
              <w:t>Insert vector artwork or ≥300 dpi image.</w:t>
            </w:r>
          </w:p>
        </w:tc>
      </w:tr>
    </w:tbl>
    <w:p>
      <w:pPr>
        <w:pStyle w:val="ENOSHCaption"/>
      </w:pPr>
      <w:r>
        <w:t>Figure 1.1. [Concise descriptive caption. Define symbols/abbreviations as needed.]</w:t>
      </w:r>
    </w:p>
    <w:p>
      <w:pPr>
        <w:pStyle w:val="ENOSHSmall"/>
      </w:pPr>
      <w:r>
        <w:t>Alt text: [Describe the figure’s informational content for accessibility.]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TABLE EXAMPLE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9"/>
        </w:rPr>
        <w:t>Table 1.1. [Descriptive table title]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Variable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Definition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Value / Range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A]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B]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C]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</w:tbl>
    <w:p>
      <w:pPr>
        <w:pStyle w:val="ENOSHSmall"/>
      </w:pPr>
      <w:r>
        <w:t>Note. [Define abbreviations, statistical conventions, data source, or permissions.]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EQUATION EXAMPLE</w:t>
      </w:r>
    </w:p>
    <w:p>
      <w:pPr>
        <w:jc w:val="center"/>
      </w:pPr>
      <w:r>
        <w:rPr>
          <w:rFonts w:ascii="Liberation Serif" w:hAnsi="Liberation Serif" w:eastAsia="Liberation Serif" w:cs="Liberation Serif"/>
          <w:b w:val="0"/>
          <w:i/>
          <w:caps w:val="0"/>
          <w:color w:val="111111"/>
          <w:sz w:val="24"/>
        </w:rPr>
        <w:t>T_corrected = T_stimulus + ΔT_sensory      (1.1)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where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T_corrected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corrected timing parameter,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T_stimulus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stimulus timestamp, and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ΔT_sensory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sensory delay correction.</w:t>
      </w:r>
    </w:p>
    <w:p>
      <w:pPr>
        <w:pStyle w:val="Heading1"/>
      </w:pPr>
      <w:r>
        <w:t>1.3 Discussion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[Interpret findings without overstating causation. Address alternative explanations where relevant.]</w:t>
      </w:r>
    </w:p>
    <w:p>
      <w:pPr>
        <w:pStyle w:val="Heading1"/>
      </w:pPr>
      <w:r>
        <w:t>1.4 Limitations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[State methodological, evidentiary, population, measurement, or generalizability limits explicitly.]</w:t>
      </w:r>
    </w:p>
    <w:p>
      <w:pPr>
        <w:pStyle w:val="Heading1"/>
      </w:pPr>
      <w:r>
        <w:t>1.5 Chapter Summary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[Key point 1]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[Key point 2]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[Key point 3]</w:t>
      </w:r>
    </w:p>
    <w:p>
      <w:pPr>
        <w:pStyle w:val="Heading1"/>
      </w:pPr>
      <w:r>
        <w:t>1.6 Review / Reflection Questions [Optional]</w:t>
      </w:r>
    </w:p>
    <w:p>
      <w:pPr>
        <w:pStyle w:val="ListNumber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[Question 1]</w:t>
      </w:r>
    </w:p>
    <w:p>
      <w:pPr>
        <w:pStyle w:val="ListNumber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[Question 2]</w:t>
      </w:r>
    </w:p>
    <w:p>
      <w:pPr>
        <w:pStyle w:val="ListNumber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[Question 3]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REFERENCES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APA 7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Author, A. A., &amp; Author, B. B. (2026). Title of the work. Publisher. https://doi.org/xx.xxxx/xxxxx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IEEE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[1] A. A. Author and B. B. Author, Title of the Work. City: Publisher, 2026, doi: xx.xxxx/xxxxx.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VANCOUVER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1. Author AA, Author BB. Title of the work. City: Publisher; 2026. doi:xx.xxxx/xxxxx.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19"/>
        </w:rPr>
        <w:t>[Continue references here using the single style declared for the project.]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GLOSSARY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[Term — concise definition. Keep entries field-appropriate and consistent.]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APPENDICES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[Supplementary methods, instruments, extended tables, code notes, or technical documentation.]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INDEX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[Generate after final pagination. Include concepts, names, and major technical terms.]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ABOUT THE AUTHOR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[60–100 words. Academic role, expertise, affiliation, relevant scholarly credentials, and verified identifiers.]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PREPUBLICATION METADATA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5"/>
        <w:gridCol w:w="4705"/>
      </w:tblGrid>
      <w:tr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Field</w:t>
            </w:r>
          </w:p>
        </w:tc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Final value / status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Title / subtitle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[MATCHES TITLE PAGE, COVER, DOI RECORD]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Author(s)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[NAMES + ORDER VERIFIED]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ORCID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[VERIFIED ONLY]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Edition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[NUMERIC + DISPLAY STATEMENT]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print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electronic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DOI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Publication year/date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Publisher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ENOSH Science Publisher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License / rights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Citation style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[APA 7 / IEEE / Vancouver]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Accessibility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[ALT TEXT + HEADING STRUCTURE VERIFIED]</w:t>
            </w:r>
          </w:p>
        </w:tc>
      </w:tr>
    </w:tbl>
    <w:p>
      <w:pPr>
        <w:spacing w:before="200"/>
      </w:pP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Release gate: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Do not release until cover, title page, copyright page, ISBN record, DOI deposit, website landing page, and distributor metadata agree.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134" w:left="1361" w:header="720" w:footer="720" w:gutter="17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 w:eastAsia="Liberation Sans" w:cs="Liberation Sans"/>
        <w:b w:val="0"/>
        <w:i w:val="0"/>
        <w:caps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1" w:color="D9D9D9"/>
      </w:pBdr>
    </w:pPr>
    <w:r>
      <w:rPr>
        <w:rFonts w:ascii="Liberation Sans" w:hAnsi="Liberation Sans" w:eastAsia="Liberation Sans" w:cs="Liberation Sans"/>
        <w:b/>
        <w:i w:val="0"/>
        <w:caps/>
        <w:color w:val="666666"/>
        <w:sz w:val="15"/>
      </w:rPr>
      <w:t>ENOSH SCIENTIFIC BOOK  |  [SHORT TITLE]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Liberation Serif" w:hAnsi="Liberation Serif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i w:val="0"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OSHBookTitle">
    <w:name w:val="ENOSH Book Title"/>
    <w:basedOn w:val="Normal"/>
    <w:pPr>
      <w:keepNext/>
      <w:spacing w:before="0" w:after="160"/>
    </w:pPr>
    <w:rPr>
      <w:rFonts w:ascii="Liberation Sans" w:hAnsi="Liberation Sans"/>
      <w:b/>
      <w:i w:val="0"/>
      <w:color w:val="111111"/>
      <w:sz w:val="56"/>
    </w:rPr>
  </w:style>
  <w:style w:type="paragraph" w:customStyle="1" w:styleId="ENOSHSubtitle">
    <w:name w:val="ENOSH Subtitle"/>
    <w:basedOn w:val="Normal"/>
    <w:pPr>
      <w:keepNext/>
      <w:spacing w:before="0" w:after="240"/>
    </w:pPr>
    <w:rPr>
      <w:rFonts w:ascii="Liberation Serif" w:hAnsi="Liberation Serif"/>
      <w:b w:val="0"/>
      <w:i/>
      <w:color w:val="666666"/>
      <w:sz w:val="28"/>
    </w:rPr>
  </w:style>
  <w:style w:type="paragraph" w:customStyle="1" w:styleId="ENOSHAuthor">
    <w:name w:val="ENOSH Author"/>
    <w:basedOn w:val="Normal"/>
    <w:pPr>
      <w:keepNext/>
      <w:spacing w:before="0" w:after="80"/>
    </w:pPr>
    <w:rPr>
      <w:rFonts w:ascii="Liberation Sans" w:hAnsi="Liberation Sans"/>
      <w:b/>
      <w:i w:val="0"/>
      <w:color w:val="252525"/>
      <w:sz w:val="22"/>
    </w:rPr>
  </w:style>
  <w:style w:type="paragraph" w:customStyle="1" w:styleId="ENOSHChapterNumber">
    <w:name w:val="ENOSH Chapter Number"/>
    <w:basedOn w:val="Normal"/>
    <w:pPr>
      <w:keepNext/>
      <w:spacing w:before="0" w:after="100"/>
    </w:pPr>
    <w:rPr>
      <w:rFonts w:ascii="Liberation Sans" w:hAnsi="Liberation Sans"/>
      <w:b/>
      <w:i w:val="0"/>
      <w:color w:val="C8102E"/>
      <w:sz w:val="20"/>
    </w:rPr>
  </w:style>
  <w:style w:type="paragraph" w:customStyle="1" w:styleId="ENOSHChapterTitle">
    <w:name w:val="ENOSH Chapter Title"/>
    <w:basedOn w:val="Normal"/>
    <w:pPr>
      <w:keepNext/>
      <w:spacing w:before="0" w:after="200"/>
    </w:pPr>
    <w:rPr>
      <w:rFonts w:ascii="Liberation Sans" w:hAnsi="Liberation Sans"/>
      <w:b/>
      <w:i w:val="0"/>
      <w:color w:val="111111"/>
      <w:sz w:val="44"/>
    </w:rPr>
  </w:style>
  <w:style w:type="paragraph" w:customStyle="1" w:styleId="ENOSHCaption">
    <w:name w:val="ENOSH Caption"/>
    <w:basedOn w:val="Normal"/>
    <w:pPr>
      <w:keepNext/>
      <w:spacing w:before="60" w:after="140"/>
    </w:pPr>
    <w:rPr>
      <w:rFonts w:ascii="Liberation Serif" w:hAnsi="Liberation Serif"/>
      <w:b w:val="0"/>
      <w:i w:val="0"/>
      <w:color w:val="666666"/>
      <w:sz w:val="18"/>
    </w:rPr>
  </w:style>
  <w:style w:type="paragraph" w:customStyle="1" w:styleId="ENOSHQuote">
    <w:name w:val="ENOSH Quote"/>
    <w:basedOn w:val="Normal"/>
    <w:pPr>
      <w:keepNext w:val="0"/>
      <w:spacing w:before="160" w:after="160"/>
    </w:pPr>
    <w:rPr>
      <w:rFonts w:ascii="Liberation Serif" w:hAnsi="Liberation Serif"/>
      <w:b w:val="0"/>
      <w:i/>
      <w:color w:val="666666"/>
      <w:sz w:val="21"/>
    </w:rPr>
  </w:style>
  <w:style w:type="paragraph" w:customStyle="1" w:styleId="ENOSHSmall">
    <w:name w:val="ENOSH Small"/>
    <w:basedOn w:val="Normal"/>
    <w:pPr>
      <w:keepNext w:val="0"/>
      <w:spacing w:before="0" w:after="60"/>
    </w:pPr>
    <w:rPr>
      <w:rFonts w:ascii="Liberation Sans" w:hAnsi="Liberation Sans"/>
      <w:b w:val="0"/>
      <w:i w:val="0"/>
      <w:color w:val="6666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