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iberation Sans" w:hAnsi="Liberation Sans" w:eastAsia="Liberation Sans" w:cs="Liberation Sans"/>
          <w:b/>
          <w:i w:val="0"/>
          <w:caps w:val="0"/>
          <w:color w:val="FFFFFF"/>
          <w:sz w:val="26"/>
        </w:rPr>
        <w:t>TEMPLATE INSTRUCTIONS — DELETE THIS PAGE BEFORE PUBLICATION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c>
          <w:tcPr>
            <w:tcW w:type="dxa" w:w="9411"/>
            <w:shd w:fill="C8102E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32"/>
              </w:rPr>
              <w:t>ENOSH Research Monograph Template</w:t>
            </w:r>
          </w:p>
        </w:tc>
      </w:tr>
    </w:tbl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21"/>
        </w:rPr>
        <w:t>For a focused, evidence-led research monograph presenting one coherent problem, body of evidence, method, conceptual framework, or mature research program.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2"/>
        </w:rPr>
        <w:t>Use rules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Replace every [BRACKETED PLACEHOLDER].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Apply existing ENOSH paragraph styles rather than manual font changes.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Keep one citation system for the full book. Default: APA 7; engineering: IEEE; clinical/biomedical: Vancouver when declared at project start.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Use 300 dpi or vector artwork for print figures. Every figure/table/equation must be called out in text.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Verify ISBN, DOI, edition, author/editor names, dates and license against the final metadata record before release.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Update the Table of Contents field in Microsoft Word after final pagination.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2"/>
        </w:rPr>
        <w:t>Included structure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Concise front matter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Executive abstract and research question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Literature synthesis and explicit research gap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Methods / evidence architecture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Results or analytical synthesis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Discussion, limitations, implications and conclusion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Research data/code/ethics statements when applicable</w:t>
      </w:r>
    </w:p>
    <w:p>
      <w:pPr>
        <w:pStyle w:val="ListBullet"/>
      </w:pP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References and technical appendices</w:t>
      </w:r>
    </w:p>
    <w:p>
      <w:r>
        <w:br w:type="page"/>
      </w:r>
    </w:p>
    <w:p>
      <w:pPr>
        <w:spacing w:after="70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8"/>
        </w:rPr>
        <w:t>ENOSH | RESEARCH MONOGRAPH</w:t>
      </w:r>
    </w:p>
    <w:p>
      <w:pPr>
        <w:pStyle w:val="ENOSHBookTitle"/>
      </w:pPr>
      <w:r>
        <w:t>[MONOGRAPH TITLE]</w:t>
      </w:r>
    </w:p>
    <w:p>
      <w:pPr>
        <w:pStyle w:val="ENOSHSubtitle"/>
      </w:pPr>
      <w:r>
        <w:t>[Focused scholarly subtitle]</w:t>
      </w:r>
    </w:p>
    <w:p>
      <w:pPr>
        <w:spacing w:before="600" w:after="12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4"/>
        </w:rPr>
        <w:t>[AUTHOR NAME]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8"/>
        </w:rPr>
        <w:t>First Edition —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844"/>
      </w:tblGrid>
      <w:tr>
        <w:tc>
          <w:tcPr>
            <w:tcW w:type="dxa" w:w="9411"/>
            <w:shd w:fill="111111"/>
            <w:tcMar>
              <w:top w:w="700" w:type="dxa"/>
              <w:start w:w="250" w:type="dxa"/>
              <w:bottom w:w="700" w:type="dxa"/>
              <w:end w:w="25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22"/>
              </w:rPr>
              <w:t>SCIENTIFIC COVER VISUAL PLACEHOLDER</w:t>
              <w:br/>
            </w:r>
            <w:r>
              <w:rPr>
                <w:rFonts w:ascii="Liberation Sans" w:hAnsi="Liberation Sans" w:eastAsia="Liberation Sans" w:cs="Liberation Sans"/>
                <w:b w:val="0"/>
                <w:i w:val="0"/>
                <w:caps w:val="0"/>
                <w:color w:val="D0D0D0"/>
                <w:sz w:val="17"/>
              </w:rPr>
              <w:t>Use one strong scientific image, diagram, waveform, molecular/biological structure, or abstract research visual.</w:t>
            </w:r>
          </w:p>
        </w:tc>
      </w:tr>
    </w:tbl>
    <w:p>
      <w:pPr>
        <w:spacing w:before="56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40"/>
        </w:rPr>
        <w:t>ENOSH</w:t>
      </w:r>
      <w:r>
        <w:rPr>
          <w:rFonts w:ascii="Liberation Sans" w:hAnsi="Liberation Sans" w:eastAsia="Liberation Sans" w:cs="Liberation Sans"/>
          <w:b/>
          <w:i w:val="0"/>
          <w:caps w:val="0"/>
          <w:color w:val="C8102E"/>
          <w:sz w:val="18"/>
        </w:rPr>
        <w:t xml:space="preserve"> SCIENCE PUBLISHER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6"/>
        </w:rPr>
        <w:t>New Cairo, Egypt</w:t>
      </w:r>
    </w:p>
    <w:p>
      <w:r>
        <w:br w:type="page"/>
      </w:r>
    </w:p>
    <w:p>
      <w:pPr>
        <w:spacing w:after="5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8"/>
        </w:rPr>
        <w:t>ENOSH SCIENCE PUBLISHER</w:t>
      </w:r>
    </w:p>
    <w:p>
      <w:pPr>
        <w:pStyle w:val="ENOSHBookTitle"/>
      </w:pPr>
      <w:r>
        <w:t>[MONOGRAPH TITLE]</w:t>
      </w:r>
    </w:p>
    <w:p>
      <w:pPr>
        <w:pStyle w:val="ENOSHSubtitle"/>
      </w:pPr>
      <w:r>
        <w:t>[Focused scholarly subtitle]</w:t>
      </w:r>
    </w:p>
    <w:p>
      <w:pPr>
        <w:spacing w:before="56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4"/>
        </w:rPr>
        <w:t>[Author name]</w:t>
      </w:r>
    </w:p>
    <w:p>
      <w:pPr>
        <w:spacing w:before="1100"/>
      </w:pPr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8"/>
        </w:rPr>
        <w:t>[Affiliation]</w:t>
        <w:br/>
        <w:t>[ORCID if verified]</w:t>
        <w:br/>
        <w:t>[City, Country]</w:t>
      </w:r>
    </w:p>
    <w:p>
      <w:pPr>
        <w:spacing w:before="1100"/>
      </w:pPr>
      <w:r>
        <w:rPr>
          <w:rFonts w:ascii="Liberation Sans" w:hAnsi="Liberation Sans" w:eastAsia="Liberation Sans" w:cs="Liberation Sans"/>
          <w:b/>
          <w:i w:val="0"/>
          <w:caps w:val="0"/>
          <w:color w:val="252525"/>
          <w:sz w:val="18"/>
        </w:rPr>
        <w:t>First Edition — 2026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7"/>
        </w:rPr>
        <w:t>ENOSH Science Publisher • New Cairo, Egypt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26"/>
        </w:rPr>
        <w:t>COPYRIGHT &amp; PUBLICATION DATA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Copyright © [YEAR] [COPYRIGHT HOLDER]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[First / Second / Revised Edition — YEAR]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ISBN (print): [ISBN]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ISBN (electronic): [ISBN]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DOI: [DOI]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Published by ENOSH Science Publisher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New Cairo, Egypt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[Publisher website]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[License / rights statement]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Cover design: [Credit, if applicable]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Typesetting: [Credit, if applicable]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Printed in [Country] / Digital edition</w:t>
      </w:r>
    </w:p>
    <w:p>
      <w:pPr>
        <w:spacing w:before="240"/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18"/>
        </w:rPr>
        <w:t xml:space="preserve">Permissions statement. 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8"/>
        </w:rPr>
        <w:t>The author(s)/editor(s) are responsible for securing permissions for third-party text, figures, datasets, and copyrighted materials.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18"/>
        </w:rPr>
        <w:t xml:space="preserve">Scientific responsibility. 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8"/>
        </w:rPr>
        <w:t>All scientific claims, sources, ethics declarations, and conflict-of-interest statements remain the responsibility of the credited contributor(s).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6"/>
        </w:rPr>
        <w:t>CONTENTS</w:t>
      </w:r>
    </w:p>
    <w:p>
      <w:r>
        <w:rPr>
          <w:rFonts w:ascii="Liberation Sans" w:hAnsi="Liberation Sans" w:eastAsia="Liberation Sans" w:cs="Liberation Sans"/>
          <w:b w:val="0"/>
          <w:i w:val="0"/>
          <w:caps w:val="0"/>
          <w:color w:val="666666"/>
          <w:sz w:val="18"/>
        </w:rPr>
        <w:fldChar w:fldCharType="begin"/>
        <w:instrText xml:space="preserve"> TOC \o "1-3" \h \z \u </w:instrText>
        <w:fldChar w:fldCharType="separate"/>
        <w:t>Right-click and choose Update Field in Microsoft Word.</w:t>
        <w:fldChar w:fldCharType="end"/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C8102E"/>
          <w:sz w:val="20"/>
        </w:rPr>
        <w:t>Optional front matter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Preface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Acknowledgments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List of Figures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List of Tables  ........................................  [page]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666666"/>
          <w:sz w:val="19"/>
        </w:rPr>
        <w:t>Abbreviations  ........................................  [page]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EXECUTIVE ABSTRACT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[300–500 words: problem, rationale, evidence or methods, principal contribution, limits, and implications.]</w:t>
      </w:r>
    </w:p>
    <w:p>
      <w:r>
        <w:br w:type="page"/>
      </w:r>
    </w:p>
    <w:p>
      <w:pPr>
        <w:pStyle w:val="ENOSHChapterNumber"/>
      </w:pPr>
      <w:r>
        <w:t>CHAPTER 1</w:t>
      </w:r>
    </w:p>
    <w:p>
      <w:pPr>
        <w:pStyle w:val="ENOSHChapterTitle"/>
      </w:pPr>
      <w:r>
        <w:t>Research Problem and Scope</w:t>
      </w:r>
    </w:p>
    <w:p>
      <w:pPr>
        <w:pBdr>
          <w:bottom w:val="single" w:sz="12" w:space="1" w:color="C8102E"/>
        </w:pBdr>
      </w:pPr>
    </w:p>
    <w:p>
      <w:pPr>
        <w:pStyle w:val="Heading1"/>
      </w:pPr>
      <w:r>
        <w:t>1.1 Problem Statement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[Define the exact scientific problem in testable or analyzable terms.]</w:t>
      </w:r>
    </w:p>
    <w:p>
      <w:pPr>
        <w:pStyle w:val="Heading1"/>
      </w:pPr>
      <w:r>
        <w:t>1.2 Research Question(s)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[RQ1] ...</w:t>
        <w:br/>
        <w:t>[RQ2] ...</w:t>
      </w:r>
    </w:p>
    <w:p>
      <w:pPr>
        <w:pStyle w:val="Heading1"/>
      </w:pPr>
      <w:r>
        <w:t>1.3 Scope and Boundaries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[Define population, system, time frame, variables, disciplinary boundaries, and what is outside scope.]</w:t>
      </w:r>
    </w:p>
    <w:p>
      <w:r>
        <w:br w:type="page"/>
      </w:r>
    </w:p>
    <w:p>
      <w:pPr>
        <w:pStyle w:val="ENOSHChapterNumber"/>
      </w:pPr>
      <w:r>
        <w:t>CHAPTER 2</w:t>
      </w:r>
    </w:p>
    <w:p>
      <w:pPr>
        <w:pStyle w:val="ENOSHChapterTitle"/>
      </w:pPr>
      <w:r>
        <w:t>Literature Synthesis and Research Gap</w:t>
      </w:r>
    </w:p>
    <w:p>
      <w:pPr>
        <w:pBdr>
          <w:bottom w:val="single" w:sz="12" w:space="1" w:color="C8102E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17"/>
      </w:tblGrid>
      <w:tr>
        <w:tc>
          <w:tcPr>
            <w:tcW w:type="dxa" w:w="9411"/>
            <w:shd w:fill="EEF5FA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2D6FA3"/>
                <w:sz w:val="19"/>
              </w:rPr>
              <w:t>ABSTRACT</w:t>
            </w:r>
          </w:p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9"/>
              </w:rPr>
              <w:t>[Summarize the literature domain and state the unresolved gap addressed by the monograph.]</w:t>
            </w:r>
          </w:p>
        </w:tc>
      </w:tr>
    </w:tbl>
    <w:p>
      <w:pPr>
        <w:pStyle w:val="Heading1"/>
      </w:pPr>
      <w:r>
        <w:t>2.1 Established Evidence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[Chronological or thematic synthesis supported by verifiable sources.]</w:t>
      </w:r>
    </w:p>
    <w:p>
      <w:pPr>
        <w:pStyle w:val="Heading1"/>
      </w:pPr>
      <w:r>
        <w:t>2.2 Contested or Incomplete Evidence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[Explain disagreement, methodological inconsistency, or missing evidence without forcing false consensus.]</w:t>
      </w:r>
    </w:p>
    <w:p>
      <w:pPr>
        <w:pStyle w:val="Heading1"/>
      </w:pPr>
      <w:r>
        <w:t>2.3 Research Gap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17"/>
      </w:tblGrid>
      <w:tr>
        <w:tc>
          <w:tcPr>
            <w:tcW w:type="dxa" w:w="9411"/>
            <w:shd w:fill="F7F7F7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C8102E"/>
                <w:sz w:val="19"/>
              </w:rPr>
              <w:t>RESEARCH GAP</w:t>
            </w:r>
          </w:p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9"/>
              </w:rPr>
              <w:t>[State exactly what has not been measured, compared, modeled, explained, or validated.]</w:t>
            </w:r>
          </w:p>
        </w:tc>
      </w:tr>
    </w:tbl>
    <w:p>
      <w:r>
        <w:br w:type="page"/>
      </w:r>
    </w:p>
    <w:p>
      <w:pPr>
        <w:pStyle w:val="ENOSHChapterNumber"/>
      </w:pPr>
      <w:r>
        <w:t>CHAPTER 3</w:t>
      </w:r>
    </w:p>
    <w:p>
      <w:pPr>
        <w:pStyle w:val="ENOSHChapterTitle"/>
      </w:pPr>
      <w:r>
        <w:t>Methods / Evidence Architecture</w:t>
      </w:r>
    </w:p>
    <w:p>
      <w:pPr>
        <w:pBdr>
          <w:bottom w:val="single" w:sz="12" w:space="1" w:color="C8102E"/>
        </w:pBdr>
      </w:pPr>
    </w:p>
    <w:p>
      <w:pPr>
        <w:pStyle w:val="Heading1"/>
      </w:pPr>
      <w:r>
        <w:t>3.1 Design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[Study design / analytical framework / computational pipeline / conceptual method.]</w:t>
      </w:r>
    </w:p>
    <w:p>
      <w:pPr>
        <w:pStyle w:val="Heading1"/>
      </w:pPr>
      <w:r>
        <w:t>3.2 Materials, Participants, Data, or Sources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[Provide enough detail for evaluation and, where feasible, reproducibility.]</w:t>
      </w:r>
    </w:p>
    <w:p>
      <w:pPr>
        <w:pStyle w:val="Heading1"/>
      </w:pPr>
      <w:r>
        <w:t>3.3 Analysis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[Statistical, computational, qualitative, acoustic, clinical, or mixed-method analysis. Define thresholds and corrections.]</w:t>
      </w:r>
    </w:p>
    <w:p>
      <w:pPr>
        <w:pStyle w:val="Heading1"/>
      </w:pPr>
      <w:r>
        <w:t>3.4 Ethics and Governance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[Ethics approval / consent / data governance / conflict of interest / funding / AI disclosure as applicable.]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FIGURE EXAMPLE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20"/>
      </w:tblGrid>
      <w:tr>
        <w:tc>
          <w:tcPr>
            <w:tcW w:type="dxa" w:w="9411"/>
            <w:shd w:fill="EFEFEF"/>
            <w:tcMar>
              <w:top w:w="750" w:type="dxa"/>
              <w:start w:w="200" w:type="dxa"/>
              <w:bottom w:w="750" w:type="dxa"/>
              <w:end w:w="2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666666"/>
                <w:sz w:val="24"/>
              </w:rPr>
              <w:t>FIGURE PLACEHOLDER</w:t>
              <w:br/>
            </w:r>
            <w:r>
              <w:rPr>
                <w:rFonts w:ascii="Liberation Sans" w:hAnsi="Liberation Sans" w:eastAsia="Liberation Sans" w:cs="Liberation Sans"/>
                <w:b w:val="0"/>
                <w:i w:val="0"/>
                <w:caps w:val="0"/>
                <w:color w:val="666666"/>
                <w:sz w:val="17"/>
              </w:rPr>
              <w:t>Insert vector artwork or ≥300 dpi image.</w:t>
            </w:r>
          </w:p>
        </w:tc>
      </w:tr>
    </w:tbl>
    <w:p>
      <w:pPr>
        <w:pStyle w:val="ENOSHCaption"/>
      </w:pPr>
      <w:r>
        <w:t>Figure 1.1. [Concise descriptive caption. Define symbols/abbreviations as needed.]</w:t>
      </w:r>
    </w:p>
    <w:p>
      <w:pPr>
        <w:pStyle w:val="ENOSHSmall"/>
      </w:pPr>
      <w:r>
        <w:t>Alt text: [Describe the figure’s informational content for accessibility.]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EQUATION EXAMPLE</w:t>
      </w:r>
    </w:p>
    <w:p>
      <w:pPr>
        <w:jc w:val="center"/>
      </w:pPr>
      <w:r>
        <w:rPr>
          <w:rFonts w:ascii="Liberation Serif" w:hAnsi="Liberation Serif" w:eastAsia="Liberation Serif" w:cs="Liberation Serif"/>
          <w:b w:val="0"/>
          <w:i/>
          <w:caps w:val="0"/>
          <w:color w:val="111111"/>
          <w:sz w:val="24"/>
        </w:rPr>
        <w:t>T_corrected = T_stimulus + ΔT_sensory      (1.1)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where </w:t>
      </w:r>
      <w:r>
        <w:rPr>
          <w:rFonts w:ascii="Liberation Serif" w:hAnsi="Liberation Serif" w:eastAsia="Liberation Serif" w:cs="Liberation Serif"/>
          <w:b w:val="0"/>
          <w:i/>
          <w:caps w:val="0"/>
          <w:color w:val="252525"/>
          <w:sz w:val="19"/>
        </w:rPr>
        <w:t>T_corrected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 is the corrected timing parameter, </w:t>
      </w:r>
      <w:r>
        <w:rPr>
          <w:rFonts w:ascii="Liberation Serif" w:hAnsi="Liberation Serif" w:eastAsia="Liberation Serif" w:cs="Liberation Serif"/>
          <w:b w:val="0"/>
          <w:i/>
          <w:caps w:val="0"/>
          <w:color w:val="252525"/>
          <w:sz w:val="19"/>
        </w:rPr>
        <w:t>T_stimulus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 is the stimulus timestamp, and </w:t>
      </w:r>
      <w:r>
        <w:rPr>
          <w:rFonts w:ascii="Liberation Serif" w:hAnsi="Liberation Serif" w:eastAsia="Liberation Serif" w:cs="Liberation Serif"/>
          <w:b w:val="0"/>
          <w:i/>
          <w:caps w:val="0"/>
          <w:color w:val="252525"/>
          <w:sz w:val="19"/>
        </w:rPr>
        <w:t>ΔT_sensory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 xml:space="preserve"> is the sensory delay correction.</w:t>
      </w:r>
    </w:p>
    <w:p>
      <w:r>
        <w:br w:type="page"/>
      </w:r>
    </w:p>
    <w:p>
      <w:pPr>
        <w:pStyle w:val="ENOSHChapterNumber"/>
      </w:pPr>
      <w:r>
        <w:t>CHAPTER 4</w:t>
      </w:r>
    </w:p>
    <w:p>
      <w:pPr>
        <w:pStyle w:val="ENOSHChapterTitle"/>
      </w:pPr>
      <w:r>
        <w:t>Results / Analytical Synthesis</w:t>
      </w:r>
    </w:p>
    <w:p>
      <w:pPr>
        <w:pBdr>
          <w:bottom w:val="single" w:sz="12" w:space="1" w:color="C8102E"/>
        </w:pBdr>
      </w:pP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[Present results before interpretation. Report uncertainty, effect size, confidence intervals, corrected p values, validation metrics, or other discipline-appropriate evidence.]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TABLE EXAMPLE</w:t>
      </w:r>
    </w:p>
    <w:p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19"/>
        </w:rPr>
        <w:t>Table 1.1. [Descriptive table title]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fill="111111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Variable</w:t>
            </w:r>
          </w:p>
        </w:tc>
        <w:tc>
          <w:tcPr>
            <w:tcW w:type="dxa" w:w="3137"/>
            <w:shd w:fill="111111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Definition</w:t>
            </w:r>
          </w:p>
        </w:tc>
        <w:tc>
          <w:tcPr>
            <w:tcW w:type="dxa" w:w="3137"/>
            <w:shd w:fill="111111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Value / Range</w:t>
            </w:r>
          </w:p>
        </w:tc>
      </w:tr>
      <w:tr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[Variable A]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[Operational definition]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[Value]</w:t>
            </w:r>
          </w:p>
        </w:tc>
      </w:tr>
      <w:tr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[Variable B]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[Operational definition]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[Value]</w:t>
            </w:r>
          </w:p>
        </w:tc>
      </w:tr>
      <w:tr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[Variable C]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[Operational definition]</w:t>
            </w:r>
          </w:p>
        </w:tc>
        <w:tc>
          <w:tcPr>
            <w:tcW w:type="dxa" w:w="3137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[Value]</w:t>
            </w:r>
          </w:p>
        </w:tc>
      </w:tr>
    </w:tbl>
    <w:p>
      <w:pPr>
        <w:pStyle w:val="ENOSHSmall"/>
      </w:pPr>
      <w:r>
        <w:t>Note. [Define abbreviations, statistical conventions, data source, or permissions.]</w:t>
      </w:r>
    </w:p>
    <w:p>
      <w:r>
        <w:br w:type="page"/>
      </w:r>
    </w:p>
    <w:p>
      <w:pPr>
        <w:pStyle w:val="ENOSHChapterNumber"/>
      </w:pPr>
      <w:r>
        <w:t>CHAPTER 5</w:t>
      </w:r>
    </w:p>
    <w:p>
      <w:pPr>
        <w:pStyle w:val="ENOSHChapterTitle"/>
      </w:pPr>
      <w:r>
        <w:t>Discussion, Limitations and Implications</w:t>
      </w:r>
    </w:p>
    <w:p>
      <w:pPr>
        <w:pBdr>
          <w:bottom w:val="single" w:sz="12" w:space="1" w:color="C8102E"/>
        </w:pBdr>
      </w:pPr>
    </w:p>
    <w:p>
      <w:pPr>
        <w:pStyle w:val="Heading1"/>
      </w:pPr>
      <w:r>
        <w:t>5.1 Interpretation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[Explain what the evidence supports and what it does not support.]</w:t>
      </w:r>
    </w:p>
    <w:p>
      <w:pPr>
        <w:pStyle w:val="Heading1"/>
      </w:pPr>
      <w:r>
        <w:t>5.2 Limitations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[Be explicit. Do not hide limitations in end matter.]</w:t>
      </w:r>
    </w:p>
    <w:p>
      <w:pPr>
        <w:pStyle w:val="Heading1"/>
      </w:pPr>
      <w:r>
        <w:t>5.3 Scientific and Practical Implications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[Distinguish near-term implications from speculative future applications.]</w:t>
      </w:r>
    </w:p>
    <w:p>
      <w:pPr>
        <w:pStyle w:val="Heading1"/>
      </w:pPr>
      <w:r>
        <w:t>5.4 Conclusion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[Answer the research question(s) using the narrowest wording justified by the evidence.]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REFERENCES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APA 7 EXAMPLE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Author, A. A., &amp; Author, B. B. (2026). Title of the work. Publisher. https://doi.org/xx.xxxx/xxxxx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IEEE EXAMPLE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[1] A. A. Author and B. B. Author, Title of the Work. City: Publisher, 2026, doi: xx.xxxx/xxxxx.</w:t>
      </w:r>
    </w:p>
    <w:p>
      <w:pPr>
        <w:spacing w:before="200" w:after="60"/>
      </w:pPr>
      <w:r>
        <w:rPr>
          <w:rFonts w:ascii="Liberation Sans" w:hAnsi="Liberation Sans" w:eastAsia="Liberation Sans" w:cs="Liberation Sans"/>
          <w:b/>
          <w:i w:val="0"/>
          <w:caps/>
          <w:color w:val="C8102E"/>
          <w:sz w:val="17"/>
        </w:rPr>
        <w:t>VANCOUVER EXAMPLE</w:t>
      </w:r>
    </w:p>
    <w:p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9"/>
        </w:rPr>
        <w:t>1. Author AA, Author BB. Title of the work. City: Publisher; 2026. doi:xx.xxxx/xxxxx.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19"/>
        </w:rPr>
        <w:t>[Continue references here using the single style declared for the project.]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DATA, CODE AND MATERIALS AVAILABILITY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[Repository / DOI / access conditions / restrictions, if applicable.]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ETHICS, FUNDING AND CONFLICT STATEMENTS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[Ethics approval; informed consent; funding; competing interests; AI assistance disclosure.]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TECHNICAL APPENDICES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[Extended methods, calibration details, algorithms, questionnaires, additional analyses.]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ABOUT THE AUTHOR</w:t>
      </w:r>
    </w:p>
    <w:p>
      <w:r>
        <w:rPr>
          <w:rFonts w:ascii="Liberation Serif" w:hAnsi="Liberation Serif" w:eastAsia="Liberation Serif" w:cs="Liberation Serif"/>
          <w:b w:val="0"/>
          <w:i/>
          <w:caps w:val="0"/>
          <w:color w:val="666666"/>
          <w:sz w:val="20"/>
        </w:rPr>
        <w:t>[Credential-focused biography relevant to the monograph.]</w:t>
      </w:r>
    </w:p>
    <w:p>
      <w:r>
        <w:br w:type="page"/>
      </w:r>
    </w:p>
    <w:p>
      <w:pPr>
        <w:pBdr>
          <w:bottom w:val="single" w:sz="12" w:space="1" w:color="C8102E"/>
        </w:pBdr>
      </w:pPr>
      <w:r>
        <w:rPr>
          <w:rFonts w:ascii="Liberation Sans" w:hAnsi="Liberation Sans" w:eastAsia="Liberation Sans" w:cs="Liberation Sans"/>
          <w:b/>
          <w:i w:val="0"/>
          <w:caps w:val="0"/>
          <w:color w:val="111111"/>
          <w:sz w:val="34"/>
        </w:rPr>
        <w:t>PREPUBLICATION METADATA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5"/>
        <w:gridCol w:w="4705"/>
      </w:tblGrid>
      <w:tr>
        <w:tc>
          <w:tcPr>
            <w:tcW w:type="dxa" w:w="4705"/>
            <w:shd w:fill="111111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Field</w:t>
            </w:r>
          </w:p>
        </w:tc>
        <w:tc>
          <w:tcPr>
            <w:tcW w:type="dxa" w:w="4705"/>
            <w:shd w:fill="111111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aps w:val="0"/>
                <w:color w:val="FFFFFF"/>
                <w:sz w:val="17"/>
              </w:rPr>
              <w:t>Final value / status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Title / subtitle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[MATCHES TITLE PAGE, COVER, DOI RECORD]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Author(s)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[NAMES + ORDER VERIFIED]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ORCID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[VERIFIED ONLY]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Edition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[NUMERIC + DISPLAY STATEMENT]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ISBN print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ISBN electronic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DOI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Publication year/date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Publisher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ENOSH Science Publisher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License / rights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 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Citation style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[APA 7 / IEEE / Vancouver]</w:t>
            </w:r>
          </w:p>
        </w:tc>
      </w:tr>
      <w:tr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Accessibility</w:t>
            </w:r>
          </w:p>
        </w:tc>
        <w:tc>
          <w:tcPr>
            <w:tcW w:type="dxa" w:w="4705"/>
          </w:tcPr>
          <w:p>
            <w:r>
              <w:rPr>
                <w:rFonts w:ascii="Liberation Serif" w:hAnsi="Liberation Serif" w:eastAsia="Liberation Serif" w:cs="Liberation Serif"/>
                <w:b w:val="0"/>
                <w:i w:val="0"/>
                <w:caps w:val="0"/>
                <w:color w:val="252525"/>
                <w:sz w:val="17"/>
              </w:rPr>
              <w:t>[ALT TEXT + HEADING STRUCTURE VERIFIED]</w:t>
            </w:r>
          </w:p>
        </w:tc>
      </w:tr>
    </w:tbl>
    <w:p>
      <w:pPr>
        <w:spacing w:before="200"/>
      </w:pPr>
      <w:r>
        <w:rPr>
          <w:rFonts w:ascii="Liberation Sans" w:hAnsi="Liberation Sans" w:eastAsia="Liberation Sans" w:cs="Liberation Sans"/>
          <w:b/>
          <w:i w:val="0"/>
          <w:caps w:val="0"/>
          <w:color w:val="C8102E"/>
          <w:sz w:val="18"/>
        </w:rPr>
        <w:t xml:space="preserve">Release gate: </w:t>
      </w:r>
      <w:r>
        <w:rPr>
          <w:rFonts w:ascii="Liberation Serif" w:hAnsi="Liberation Serif" w:eastAsia="Liberation Serif" w:cs="Liberation Serif"/>
          <w:b w:val="0"/>
          <w:i w:val="0"/>
          <w:caps w:val="0"/>
          <w:color w:val="252525"/>
          <w:sz w:val="18"/>
        </w:rPr>
        <w:t>Do not release until cover, title page, copyright page, ISBN record, DOI deposit, website landing page, and distributor metadata agree.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134" w:left="1361" w:header="720" w:footer="720" w:gutter="17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 w:eastAsia="Liberation Sans" w:cs="Liberation Sans"/>
        <w:b w:val="0"/>
        <w:i w:val="0"/>
        <w:caps w:val="0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1" w:color="D9D9D9"/>
      </w:pBdr>
    </w:pPr>
    <w:r>
      <w:rPr>
        <w:rFonts w:ascii="Liberation Sans" w:hAnsi="Liberation Sans" w:eastAsia="Liberation Sans" w:cs="Liberation Sans"/>
        <w:b/>
        <w:i w:val="0"/>
        <w:caps/>
        <w:color w:val="666666"/>
        <w:sz w:val="15"/>
      </w:rPr>
      <w:t>ENOSH RESEARCH MONOGRAPH  |  [MONOGRAPH SHORT TITLE]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8" w:lineRule="auto"/>
    </w:pPr>
    <w:rPr>
      <w:rFonts w:ascii="Liberation Serif" w:hAnsi="Liberation Serif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i w:val="0"/>
      <w:color w:val="11111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i w:val="0"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i w:val="0"/>
      <w:color w:val="25252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OSHBookTitle">
    <w:name w:val="ENOSH Book Title"/>
    <w:basedOn w:val="Normal"/>
    <w:pPr>
      <w:keepNext/>
      <w:spacing w:before="0" w:after="160"/>
    </w:pPr>
    <w:rPr>
      <w:rFonts w:ascii="Liberation Sans" w:hAnsi="Liberation Sans"/>
      <w:b/>
      <w:i w:val="0"/>
      <w:color w:val="111111"/>
      <w:sz w:val="56"/>
    </w:rPr>
  </w:style>
  <w:style w:type="paragraph" w:customStyle="1" w:styleId="ENOSHSubtitle">
    <w:name w:val="ENOSH Subtitle"/>
    <w:basedOn w:val="Normal"/>
    <w:pPr>
      <w:keepNext/>
      <w:spacing w:before="0" w:after="240"/>
    </w:pPr>
    <w:rPr>
      <w:rFonts w:ascii="Liberation Serif" w:hAnsi="Liberation Serif"/>
      <w:b w:val="0"/>
      <w:i/>
      <w:color w:val="666666"/>
      <w:sz w:val="28"/>
    </w:rPr>
  </w:style>
  <w:style w:type="paragraph" w:customStyle="1" w:styleId="ENOSHAuthor">
    <w:name w:val="ENOSH Author"/>
    <w:basedOn w:val="Normal"/>
    <w:pPr>
      <w:keepNext/>
      <w:spacing w:before="0" w:after="80"/>
    </w:pPr>
    <w:rPr>
      <w:rFonts w:ascii="Liberation Sans" w:hAnsi="Liberation Sans"/>
      <w:b/>
      <w:i w:val="0"/>
      <w:color w:val="252525"/>
      <w:sz w:val="22"/>
    </w:rPr>
  </w:style>
  <w:style w:type="paragraph" w:customStyle="1" w:styleId="ENOSHChapterNumber">
    <w:name w:val="ENOSH Chapter Number"/>
    <w:basedOn w:val="Normal"/>
    <w:pPr>
      <w:keepNext/>
      <w:spacing w:before="0" w:after="100"/>
    </w:pPr>
    <w:rPr>
      <w:rFonts w:ascii="Liberation Sans" w:hAnsi="Liberation Sans"/>
      <w:b/>
      <w:i w:val="0"/>
      <w:color w:val="C8102E"/>
      <w:sz w:val="20"/>
    </w:rPr>
  </w:style>
  <w:style w:type="paragraph" w:customStyle="1" w:styleId="ENOSHChapterTitle">
    <w:name w:val="ENOSH Chapter Title"/>
    <w:basedOn w:val="Normal"/>
    <w:pPr>
      <w:keepNext/>
      <w:spacing w:before="0" w:after="200"/>
    </w:pPr>
    <w:rPr>
      <w:rFonts w:ascii="Liberation Sans" w:hAnsi="Liberation Sans"/>
      <w:b/>
      <w:i w:val="0"/>
      <w:color w:val="111111"/>
      <w:sz w:val="44"/>
    </w:rPr>
  </w:style>
  <w:style w:type="paragraph" w:customStyle="1" w:styleId="ENOSHCaption">
    <w:name w:val="ENOSH Caption"/>
    <w:basedOn w:val="Normal"/>
    <w:pPr>
      <w:keepNext/>
      <w:spacing w:before="60" w:after="140"/>
    </w:pPr>
    <w:rPr>
      <w:rFonts w:ascii="Liberation Serif" w:hAnsi="Liberation Serif"/>
      <w:b w:val="0"/>
      <w:i w:val="0"/>
      <w:color w:val="666666"/>
      <w:sz w:val="18"/>
    </w:rPr>
  </w:style>
  <w:style w:type="paragraph" w:customStyle="1" w:styleId="ENOSHQuote">
    <w:name w:val="ENOSH Quote"/>
    <w:basedOn w:val="Normal"/>
    <w:pPr>
      <w:keepNext w:val="0"/>
      <w:spacing w:before="160" w:after="160"/>
    </w:pPr>
    <w:rPr>
      <w:rFonts w:ascii="Liberation Serif" w:hAnsi="Liberation Serif"/>
      <w:b w:val="0"/>
      <w:i/>
      <w:color w:val="666666"/>
      <w:sz w:val="21"/>
    </w:rPr>
  </w:style>
  <w:style w:type="paragraph" w:customStyle="1" w:styleId="ENOSHSmall">
    <w:name w:val="ENOSH Small"/>
    <w:basedOn w:val="Normal"/>
    <w:pPr>
      <w:keepNext w:val="0"/>
      <w:spacing w:before="0" w:after="60"/>
    </w:pPr>
    <w:rPr>
      <w:rFonts w:ascii="Liberation Sans" w:hAnsi="Liberation Sans"/>
      <w:b w:val="0"/>
      <w:i w:val="0"/>
      <w:color w:val="66666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