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iberation Sans" w:hAnsi="Liberation Sans" w:eastAsia="Liberation Sans" w:cs="Liberation Sans"/>
          <w:b/>
          <w:i w:val="0"/>
          <w:caps w:val="0"/>
          <w:color w:val="FFFFFF"/>
          <w:sz w:val="26"/>
        </w:rPr>
        <w:t>TEMPLATE INSTRUCTIONS — DELETE THIS PAGE BEFORE PUBLICATION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c>
          <w:tcPr>
            <w:tcW w:type="dxa" w:w="9411"/>
            <w:shd w:fill="C8102E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32"/>
              </w:rPr>
              <w:t>ENOSH Edited Book / Proceedings Template</w:t>
            </w:r>
          </w:p>
        </w:tc>
      </w:tr>
    </w:tbl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21"/>
        </w:rPr>
        <w:t>For multi-author scientific volumes, conference proceedings, handbooks, and edited collections in which chapters have separate contributors and may require chapter-level metadata or DOIs.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2"/>
        </w:rPr>
        <w:t>Use rules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Replace every [BRACKETED PLACEHOLDER].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Apply existing ENOSH paragraph styles rather than manual font changes.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Keep one citation system for the full book. Default: APA 7; engineering: IEEE; clinical/biomedical: Vancouver when declared at project start.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Use 300 dpi or vector artwork for print figures. Every figure/table/equation must be called out in text.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Verify ISBN, DOI, edition, author/editor names, dates and license against the final metadata record before release.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Update the Table of Contents field in Microsoft Word after final pagination.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2"/>
        </w:rPr>
        <w:t>Included structure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Editor title page and contributor list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Volume-level preface and editorial introduction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Standardized chapter title page with authors, affiliations, ORCID, abstract and keywords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Chapter-specific ethics/funding/conflict/AI declarations where applicable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Consistent figure/table/equation formatting across contributors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Either one volume-wide citation style or a declared controlled chapter policy; ENOSH default is one style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Chapter DOI/metadata fields when deposited separately</w:t>
      </w:r>
    </w:p>
    <w:p>
      <w:r>
        <w:br w:type="page"/>
      </w:r>
    </w:p>
    <w:p>
      <w:pPr>
        <w:spacing w:after="70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8"/>
        </w:rPr>
        <w:t>ENOSH | EDITED SCIENTIFIC VOLUME</w:t>
      </w:r>
    </w:p>
    <w:p>
      <w:pPr>
        <w:pStyle w:val="ENOSHBookTitle"/>
      </w:pPr>
      <w:r>
        <w:t>[EDITED BOOK / PROCEEDINGS TITLE]</w:t>
      </w:r>
    </w:p>
    <w:p>
      <w:pPr>
        <w:pStyle w:val="ENOSHSubtitle"/>
      </w:pPr>
      <w:r>
        <w:t>[Theme, conference, or disciplinary subtitle]</w:t>
      </w:r>
    </w:p>
    <w:p>
      <w:pPr>
        <w:spacing w:before="600" w:after="12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4"/>
        </w:rPr>
        <w:t>Edited by [EDITOR 1] • [EDITOR 2]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t>First Edition —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44"/>
      </w:tblGrid>
      <w:tr>
        <w:tc>
          <w:tcPr>
            <w:tcW w:type="dxa" w:w="9411"/>
            <w:shd w:fill="111111"/>
            <w:tcMar>
              <w:top w:w="700" w:type="dxa"/>
              <w:start w:w="250" w:type="dxa"/>
              <w:bottom w:w="700" w:type="dxa"/>
              <w:end w:w="25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22"/>
              </w:rPr>
              <w:t>SCIENTIFIC COVER VISUAL PLACEHOLDER</w:t>
              <w:br/>
            </w:r>
            <w:r>
              <w:rPr>
                <w:rFonts w:ascii="Liberation Sans" w:hAnsi="Liberation Sans" w:eastAsia="Liberation Sans" w:cs="Liberation Sans"/>
                <w:b w:val="0"/>
                <w:i w:val="0"/>
                <w:caps w:val="0"/>
                <w:color w:val="D0D0D0"/>
                <w:sz w:val="17"/>
              </w:rPr>
              <w:t>Use one strong scientific image, diagram, waveform, molecular/biological structure, or abstract research visual.</w:t>
            </w:r>
          </w:p>
        </w:tc>
      </w:tr>
    </w:tbl>
    <w:p>
      <w:pPr>
        <w:spacing w:before="56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40"/>
        </w:rPr>
        <w:t>ENOSH</w:t>
      </w:r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18"/>
        </w:rPr>
        <w:t xml:space="preserve"> SCIENCE PUBLISHER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6"/>
        </w:rPr>
        <w:t>New Cairo, Egypt</w:t>
      </w:r>
    </w:p>
    <w:p>
      <w:r>
        <w:br w:type="page"/>
      </w:r>
    </w:p>
    <w:p>
      <w:pPr>
        <w:spacing w:after="5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8"/>
        </w:rPr>
        <w:t>ENOSH SCIENCE PUBLISHER</w:t>
      </w:r>
    </w:p>
    <w:p>
      <w:pPr>
        <w:pStyle w:val="ENOSHBookTitle"/>
      </w:pPr>
      <w:r>
        <w:t>[EDITED BOOK / PROCEEDINGS TITLE]</w:t>
      </w:r>
    </w:p>
    <w:p>
      <w:pPr>
        <w:pStyle w:val="ENOSHSubtitle"/>
      </w:pPr>
      <w:r>
        <w:t>[Theme / conference / disciplinary subtitle]</w:t>
      </w:r>
    </w:p>
    <w:p>
      <w:pPr>
        <w:spacing w:before="56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4"/>
        </w:rPr>
        <w:t>Edited by [Editor 1], [Editor 2], [Editor 3]</w:t>
      </w:r>
    </w:p>
    <w:p>
      <w:pPr>
        <w:spacing w:before="1100"/>
      </w:pPr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t>[Affiliation]</w:t>
        <w:br/>
        <w:t>[ORCID if verified]</w:t>
        <w:br/>
        <w:t>[City, Country]</w:t>
      </w:r>
    </w:p>
    <w:p>
      <w:pPr>
        <w:spacing w:before="1100"/>
      </w:pPr>
      <w:r>
        <w:rPr>
          <w:rFonts w:ascii="Liberation Sans" w:hAnsi="Liberation Sans" w:eastAsia="Liberation Sans" w:cs="Liberation Sans"/>
          <w:b/>
          <w:i w:val="0"/>
          <w:caps w:val="0"/>
          <w:color w:val="252525"/>
          <w:sz w:val="18"/>
        </w:rPr>
        <w:t>First Edition — 2026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7"/>
        </w:rPr>
        <w:t>ENOSH Science Publisher • New Cairo, Egypt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6"/>
        </w:rPr>
        <w:t>COPYRIGHT &amp; PUBLICATION DATA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Copyright © [YEAR] [COPYRIGHT HOLDER]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[First / Second / Revised Edition — YEAR]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Editors: [EDITOR 1]; [EDITOR 2]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ISBN (print): [ISBN]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ISBN (electronic): [ISBN]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DOI: [DOI]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Published by ENOSH Science Publisher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New Cairo, Egypt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[Publisher website]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[License / rights statement]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Cover design: [Credit, if applicable]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Typesetting: [Credit, if applicable]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Printed in [Country] / Digital edition</w:t>
      </w:r>
    </w:p>
    <w:p>
      <w:pPr>
        <w:spacing w:before="24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8"/>
        </w:rPr>
        <w:t xml:space="preserve">Permissions statement.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The author(s)/editor(s) are responsible for securing permissions for third-party text, figures, datasets, and copyrighted materials.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8"/>
        </w:rPr>
        <w:t xml:space="preserve">Scientific responsibility.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All scientific claims, sources, ethics declarations, and conflict-of-interest statements remain the responsibility of the credited contributor(s).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6"/>
        </w:rPr>
        <w:t>CONTENTS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fldChar w:fldCharType="begin"/>
        <w:instrText xml:space="preserve"> TOC \o "1-3" \h \z \u </w:instrText>
        <w:fldChar w:fldCharType="separate"/>
        <w:t>Right-click and choose Update Field in Microsoft Word.</w:t>
        <w:fldChar w:fldCharType="end"/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20"/>
        </w:rPr>
        <w:t>Optional front matter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Preface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Acknowledgments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List of Figures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List of Tables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Abbreviations  ........................................  [page]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EDITORIAL PREFACE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[State the purpose of the collection, chapter selection logic, peer-review model, thematic structure, and scope.]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CONTRIBUTORS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[List each contributor with affiliation, country, and verified ORCID where available. Use a consistent naming order.]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PEER REVIEW AND EDITORIAL PROCESS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[Describe whether chapters were invited, externally reviewed, editor-reviewed, conference-selected, or revised from proceedings papers.]</w:t>
      </w:r>
    </w:p>
    <w:p>
      <w:r>
        <w:br w:type="page"/>
      </w:r>
    </w:p>
    <w:p>
      <w:pPr>
        <w:pStyle w:val="ENOSHChapterNumber"/>
      </w:pPr>
      <w:r>
        <w:t>CHAPTER 1</w:t>
      </w:r>
    </w:p>
    <w:p>
      <w:pPr>
        <w:pStyle w:val="ENOSHChapterTitle"/>
      </w:pPr>
      <w:r>
        <w:t>[CHAPTER TITLE]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2"/>
        </w:rPr>
        <w:t>[Optional subtitle]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252525"/>
          <w:sz w:val="19"/>
        </w:rPr>
        <w:t>[Author A]¹, [Author B]², [Author C]¹</w:t>
      </w:r>
    </w:p>
    <w:p>
      <w:pPr>
        <w:pBdr>
          <w:bottom w:val="single" w:sz="12" w:space="1" w:color="C8102E"/>
        </w:pBdr>
      </w:pPr>
    </w:p>
    <w:p>
      <w:pPr>
        <w:pStyle w:val="ENOSHSmall"/>
      </w:pPr>
      <w:r>
        <w:t>¹[Department, Institution, City, Country]  •  ²[Department, Institution, City, Country]</w:t>
      </w:r>
    </w:p>
    <w:p>
      <w:pPr>
        <w:pStyle w:val="ENOSHSmall"/>
      </w:pPr>
      <w:r>
        <w:t>Corresponding author: [email if publication policy permits]  |  ORCID: [verified IDs]  |  Chapter DOI: [DOI if separately registered]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17"/>
      </w:tblGrid>
      <w:tr>
        <w:tc>
          <w:tcPr>
            <w:tcW w:type="dxa" w:w="9411"/>
            <w:shd w:fill="EEF5FA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2D6FA3"/>
                <w:sz w:val="19"/>
              </w:rPr>
              <w:t>ABSTRACT</w:t>
            </w:r>
          </w:p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9"/>
              </w:rPr>
              <w:t>[150–250 word chapter abstract. State purpose, scope, method/evidence base, and main contribution.]</w:t>
            </w:r>
          </w:p>
        </w:tc>
      </w:tr>
    </w:tbl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KEYWORDS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[keyword 1]; [keyword 2]; [keyword 3]; [keyword 4]</w:t>
      </w:r>
    </w:p>
    <w:p>
      <w:pPr>
        <w:pStyle w:val="Heading1"/>
      </w:pPr>
      <w:r>
        <w:t>1.1 Introduction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[Contributor text begins here.]</w:t>
      </w:r>
    </w:p>
    <w:p>
      <w:pPr>
        <w:pStyle w:val="Heading1"/>
      </w:pPr>
      <w:r>
        <w:t>1.2 Methods / Approach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[Use the section structure appropriate to the chapter discipline, but retain ENOSH typography and metadata rules.]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FIGURE 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0"/>
      </w:tblGrid>
      <w:tr>
        <w:tc>
          <w:tcPr>
            <w:tcW w:type="dxa" w:w="9411"/>
            <w:shd w:fill="EFEFEF"/>
            <w:tcMar>
              <w:top w:w="750" w:type="dxa"/>
              <w:start w:w="200" w:type="dxa"/>
              <w:bottom w:w="750" w:type="dxa"/>
              <w:end w:w="2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666666"/>
                <w:sz w:val="24"/>
              </w:rPr>
              <w:t>FIGURE PLACEHOLDER</w:t>
              <w:br/>
            </w:r>
            <w:r>
              <w:rPr>
                <w:rFonts w:ascii="Liberation Sans" w:hAnsi="Liberation Sans" w:eastAsia="Liberation Sans" w:cs="Liberation Sans"/>
                <w:b w:val="0"/>
                <w:i w:val="0"/>
                <w:caps w:val="0"/>
                <w:color w:val="666666"/>
                <w:sz w:val="17"/>
              </w:rPr>
              <w:t>Insert vector artwork or ≥300 dpi image.</w:t>
            </w:r>
          </w:p>
        </w:tc>
      </w:tr>
    </w:tbl>
    <w:p>
      <w:pPr>
        <w:pStyle w:val="ENOSHCaption"/>
      </w:pPr>
      <w:r>
        <w:t>Figure 1.1. [Concise descriptive caption. Define symbols/abbreviations as needed.]</w:t>
      </w:r>
    </w:p>
    <w:p>
      <w:pPr>
        <w:pStyle w:val="ENOSHSmall"/>
      </w:pPr>
      <w:r>
        <w:t>Alt text: [Describe the figure’s informational content for accessibility.]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TABLE EXAMPLE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9"/>
        </w:rPr>
        <w:t>Table 1.1. [Descriptive table title]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Variable</w:t>
            </w:r>
          </w:p>
        </w:tc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Definition</w:t>
            </w:r>
          </w:p>
        </w:tc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Value / Range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A]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B]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C]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</w:tbl>
    <w:p>
      <w:pPr>
        <w:pStyle w:val="ENOSHSmall"/>
      </w:pPr>
      <w:r>
        <w:t>Note. [Define abbreviations, statistical conventions, data source, or permissions.]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EQUATION EXAMPLE</w:t>
      </w:r>
    </w:p>
    <w:p>
      <w:pPr>
        <w:jc w:val="center"/>
      </w:pPr>
      <w:r>
        <w:rPr>
          <w:rFonts w:ascii="Liberation Serif" w:hAnsi="Liberation Serif" w:eastAsia="Liberation Serif" w:cs="Liberation Serif"/>
          <w:b w:val="0"/>
          <w:i/>
          <w:caps w:val="0"/>
          <w:color w:val="111111"/>
          <w:sz w:val="24"/>
        </w:rPr>
        <w:t>T_corrected = T_stimulus + ΔT_sensory      (1.1)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where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T_corrected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corrected timing parameter,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T_stimulus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stimulus timestamp, and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ΔT_sensory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sensory delay correction.</w:t>
      </w:r>
    </w:p>
    <w:p>
      <w:pPr>
        <w:pStyle w:val="Heading1"/>
      </w:pPr>
      <w:r>
        <w:t>1.3 Results / Synthesis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[Chapter-specific findings or synthesis.]</w:t>
      </w:r>
    </w:p>
    <w:p>
      <w:pPr>
        <w:pStyle w:val="Heading1"/>
      </w:pPr>
      <w:r>
        <w:t>1.4 Discussion and Limitations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[Interpretation and limitations.]</w:t>
      </w:r>
    </w:p>
    <w:p>
      <w:pPr>
        <w:pStyle w:val="Heading1"/>
      </w:pPr>
      <w:r>
        <w:t>1.5 Conclusion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[Chapter conclusion.]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CHAPTER DECLARATIONS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Author contributions: [CRediT roles if used]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Ethics approval / consent: [if applicable]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Funding: [statement]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Conflict of interest: [statement]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Data availability: [statement]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AI assistance disclosure: [if materially used]</w:t>
      </w:r>
    </w:p>
    <w:p>
      <w:pPr>
        <w:pStyle w:val="Heading1"/>
      </w:pPr>
      <w:r>
        <w:t>Chapter References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[Use the volume citation style. Do not mix styles between chapters unless an explicit editorial exception is approved.]</w:t>
      </w:r>
    </w:p>
    <w:p>
      <w:r>
        <w:br w:type="page"/>
      </w:r>
    </w:p>
    <w:p>
      <w:pPr>
        <w:pStyle w:val="ENOSHChapterNumber"/>
      </w:pPr>
      <w:r>
        <w:t>CHAPTER 2</w:t>
      </w:r>
    </w:p>
    <w:p>
      <w:pPr>
        <w:pStyle w:val="ENOSHChapterTitle"/>
      </w:pPr>
      <w:r>
        <w:t>[NEXT CHAPTER TITLE]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2"/>
        </w:rPr>
        <w:t>[Duplicate the standardized chapter structure]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252525"/>
          <w:sz w:val="19"/>
        </w:rPr>
        <w:t>[Author(s)]</w:t>
      </w:r>
    </w:p>
    <w:p>
      <w:pPr>
        <w:pBdr>
          <w:bottom w:val="single" w:sz="12" w:space="1" w:color="C8102E"/>
        </w:pBdr>
      </w:pP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[Duplicate Chapter 1 structure for every contribution. Maintain contributor metadata, abstract, keywords, declarations, and chapter references consistently.]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SUBJECT INDEX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[Compile after final pagination. Use controlled terms where possible.]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AUTHOR INDEX [OPTIONAL]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[Index contributor and cited-author names only if editorially required.]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ABOUT THE EDITORS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[60–100 words per editor; role, expertise, affiliation, relevant credentials.]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CONFERENCE / SERIES INFORMATION [IF APPLICABLE]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[Conference title, dates, venue, organizing institution, series title/number, review process.]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PREPUBLICATION METADATA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5"/>
        <w:gridCol w:w="4705"/>
      </w:tblGrid>
      <w:tr>
        <w:tc>
          <w:tcPr>
            <w:tcW w:type="dxa" w:w="4705"/>
            <w:shd w:fill="111111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Field</w:t>
            </w:r>
          </w:p>
        </w:tc>
        <w:tc>
          <w:tcPr>
            <w:tcW w:type="dxa" w:w="4705"/>
            <w:shd w:fill="111111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Final value / status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Title / subtitle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[MATCHES TITLE PAGE, COVER, DOI RECORD]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Editors / contributors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[NAMES + ORDER VERIFIED]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ORCID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[VERIFIED ONLY]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Edition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[NUMERIC + DISPLAY STATEMENT]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ISBN print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ISBN electronic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DOI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Publication year/date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Publisher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ENOSH Science Publisher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License / rights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Citation style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[APA 7 / IEEE / Vancouver]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Accessibility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[ALT TEXT + HEADING STRUCTURE VERIFIED]</w:t>
            </w:r>
          </w:p>
        </w:tc>
      </w:tr>
    </w:tbl>
    <w:p>
      <w:pPr>
        <w:spacing w:before="200"/>
      </w:pPr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18"/>
        </w:rPr>
        <w:t xml:space="preserve">Release gate: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Do not release until cover, title page, copyright page, ISBN record, DOI deposit, website landing page, and distributor metadata agree.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134" w:left="1361" w:header="720" w:footer="720" w:gutter="17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 w:eastAsia="Liberation Sans" w:cs="Liberation Sans"/>
        <w:b w:val="0"/>
        <w:i w:val="0"/>
        <w:caps w:val="0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1" w:color="D9D9D9"/>
      </w:pBdr>
    </w:pPr>
    <w:r>
      <w:rPr>
        <w:rFonts w:ascii="Liberation Sans" w:hAnsi="Liberation Sans" w:eastAsia="Liberation Sans" w:cs="Liberation Sans"/>
        <w:b/>
        <w:i w:val="0"/>
        <w:caps/>
        <w:color w:val="666666"/>
        <w:sz w:val="15"/>
      </w:rPr>
      <w:t>ENOSH EDITED VOLUME / PROCEEDINGS  |  [VOLUME SHORT TITLE]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Liberation Serif" w:hAnsi="Liberation Serif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i w:val="0"/>
      <w:color w:val="11111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i w:val="0"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i w:val="0"/>
      <w:color w:val="25252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OSHBookTitle">
    <w:name w:val="ENOSH Book Title"/>
    <w:basedOn w:val="Normal"/>
    <w:pPr>
      <w:keepNext/>
      <w:spacing w:before="0" w:after="160"/>
    </w:pPr>
    <w:rPr>
      <w:rFonts w:ascii="Liberation Sans" w:hAnsi="Liberation Sans"/>
      <w:b/>
      <w:i w:val="0"/>
      <w:color w:val="111111"/>
      <w:sz w:val="56"/>
    </w:rPr>
  </w:style>
  <w:style w:type="paragraph" w:customStyle="1" w:styleId="ENOSHSubtitle">
    <w:name w:val="ENOSH Subtitle"/>
    <w:basedOn w:val="Normal"/>
    <w:pPr>
      <w:keepNext/>
      <w:spacing w:before="0" w:after="240"/>
    </w:pPr>
    <w:rPr>
      <w:rFonts w:ascii="Liberation Serif" w:hAnsi="Liberation Serif"/>
      <w:b w:val="0"/>
      <w:i/>
      <w:color w:val="666666"/>
      <w:sz w:val="28"/>
    </w:rPr>
  </w:style>
  <w:style w:type="paragraph" w:customStyle="1" w:styleId="ENOSHAuthor">
    <w:name w:val="ENOSH Author"/>
    <w:basedOn w:val="Normal"/>
    <w:pPr>
      <w:keepNext/>
      <w:spacing w:before="0" w:after="80"/>
    </w:pPr>
    <w:rPr>
      <w:rFonts w:ascii="Liberation Sans" w:hAnsi="Liberation Sans"/>
      <w:b/>
      <w:i w:val="0"/>
      <w:color w:val="252525"/>
      <w:sz w:val="22"/>
    </w:rPr>
  </w:style>
  <w:style w:type="paragraph" w:customStyle="1" w:styleId="ENOSHChapterNumber">
    <w:name w:val="ENOSH Chapter Number"/>
    <w:basedOn w:val="Normal"/>
    <w:pPr>
      <w:keepNext/>
      <w:spacing w:before="0" w:after="100"/>
    </w:pPr>
    <w:rPr>
      <w:rFonts w:ascii="Liberation Sans" w:hAnsi="Liberation Sans"/>
      <w:b/>
      <w:i w:val="0"/>
      <w:color w:val="C8102E"/>
      <w:sz w:val="20"/>
    </w:rPr>
  </w:style>
  <w:style w:type="paragraph" w:customStyle="1" w:styleId="ENOSHChapterTitle">
    <w:name w:val="ENOSH Chapter Title"/>
    <w:basedOn w:val="Normal"/>
    <w:pPr>
      <w:keepNext/>
      <w:spacing w:before="0" w:after="200"/>
    </w:pPr>
    <w:rPr>
      <w:rFonts w:ascii="Liberation Sans" w:hAnsi="Liberation Sans"/>
      <w:b/>
      <w:i w:val="0"/>
      <w:color w:val="111111"/>
      <w:sz w:val="44"/>
    </w:rPr>
  </w:style>
  <w:style w:type="paragraph" w:customStyle="1" w:styleId="ENOSHCaption">
    <w:name w:val="ENOSH Caption"/>
    <w:basedOn w:val="Normal"/>
    <w:pPr>
      <w:keepNext/>
      <w:spacing w:before="60" w:after="140"/>
    </w:pPr>
    <w:rPr>
      <w:rFonts w:ascii="Liberation Serif" w:hAnsi="Liberation Serif"/>
      <w:b w:val="0"/>
      <w:i w:val="0"/>
      <w:color w:val="666666"/>
      <w:sz w:val="18"/>
    </w:rPr>
  </w:style>
  <w:style w:type="paragraph" w:customStyle="1" w:styleId="ENOSHQuote">
    <w:name w:val="ENOSH Quote"/>
    <w:basedOn w:val="Normal"/>
    <w:pPr>
      <w:keepNext w:val="0"/>
      <w:spacing w:before="160" w:after="160"/>
    </w:pPr>
    <w:rPr>
      <w:rFonts w:ascii="Liberation Serif" w:hAnsi="Liberation Serif"/>
      <w:b w:val="0"/>
      <w:i/>
      <w:color w:val="666666"/>
      <w:sz w:val="21"/>
    </w:rPr>
  </w:style>
  <w:style w:type="paragraph" w:customStyle="1" w:styleId="ENOSHSmall">
    <w:name w:val="ENOSH Small"/>
    <w:basedOn w:val="Normal"/>
    <w:pPr>
      <w:keepNext w:val="0"/>
      <w:spacing w:before="0" w:after="60"/>
    </w:pPr>
    <w:rPr>
      <w:rFonts w:ascii="Liberation Sans" w:hAnsi="Liberation Sans"/>
      <w:b w:val="0"/>
      <w:i w:val="0"/>
      <w:color w:val="6666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